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F9A1" w14:textId="77777777" w:rsidR="001450F2" w:rsidRPr="00E4492C" w:rsidRDefault="00000000">
      <w:pPr>
        <w:pStyle w:val="aa"/>
        <w:spacing w:after="0" w:line="252" w:lineRule="auto"/>
        <w:rPr>
          <w:lang w:val="ru-RU"/>
        </w:rPr>
      </w:pPr>
      <w:r w:rsidRPr="00E4492C">
        <w:rPr>
          <w:rFonts w:ascii="Arial" w:eastAsia="Arial" w:hAnsi="Arial"/>
          <w:lang w:val="ru-RU"/>
        </w:rPr>
        <w:t>Карточка образовательной программы</w:t>
      </w:r>
    </w:p>
    <w:p w14:paraId="77836E80" w14:textId="77777777" w:rsidR="001450F2" w:rsidRPr="00E4492C" w:rsidRDefault="00000000">
      <w:pPr>
        <w:spacing w:after="140"/>
        <w:rPr>
          <w:lang w:val="ru-RU"/>
        </w:rPr>
      </w:pPr>
      <w:r w:rsidRPr="00E4492C">
        <w:rPr>
          <w:color w:val="5F5F69"/>
          <w:lang w:val="ru-RU"/>
        </w:rPr>
        <w:t>Направление: экономика | Программа: «Летняя группа Вега»</w:t>
      </w:r>
    </w:p>
    <w:p w14:paraId="08331C9D" w14:textId="77777777" w:rsidR="001450F2" w:rsidRPr="00E4492C" w:rsidRDefault="00000000">
      <w:pPr>
        <w:spacing w:after="100"/>
        <w:rPr>
          <w:lang w:val="ru-RU"/>
        </w:rPr>
      </w:pPr>
      <w:r w:rsidRPr="00E4492C">
        <w:rPr>
          <w:lang w:val="ru-RU"/>
        </w:rPr>
        <w:t>Настоящая карточка описывает существенные условия выбранной образовательной программы и применяется совместно с публичной офертой Исполнителя. Конкретный тариф, оплачиваемый расчетный период и итоговая стоимость фиксируются в Заказе при оформлении оплаты.</w:t>
      </w:r>
    </w:p>
    <w:p w14:paraId="2BDD6D1B" w14:textId="77777777" w:rsidR="001450F2" w:rsidRDefault="00000000">
      <w:pPr>
        <w:pStyle w:val="1"/>
      </w:pPr>
      <w:r>
        <w:rPr>
          <w:rFonts w:ascii="Arial" w:eastAsia="Arial" w:hAnsi="Arial"/>
        </w:rPr>
        <w:t>1. Основные сведения о программе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1450F2" w14:paraId="6DCB2600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AF75E1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Параметр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4A271C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1450F2" w14:paraId="4CF06880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7DBD1F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Наименование программы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CD101F" w14:textId="77777777" w:rsidR="001450F2" w:rsidRDefault="00000000">
            <w:pPr>
              <w:spacing w:after="0"/>
            </w:pPr>
            <w:r>
              <w:rPr>
                <w:sz w:val="17"/>
              </w:rPr>
              <w:t>«Летняя группа Вега»</w:t>
            </w:r>
          </w:p>
        </w:tc>
      </w:tr>
      <w:tr w:rsidR="001450F2" w:rsidRPr="001F0490" w14:paraId="5D274BD8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E5DE47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Вид и направленность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68D1339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Дополнительная общеобразовательная общеразвивающая программа социально-гуманитарной направленности.</w:t>
            </w:r>
          </w:p>
        </w:tc>
      </w:tr>
      <w:tr w:rsidR="001450F2" w:rsidRPr="001F0490" w14:paraId="3C8C5625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958B04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Форма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обучения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F02E15C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Очная форма обучения с применением электронного обучения и дистанционных образовательных технологий. Основной формат освоения программы - синхронные онлайн-занятия в установленное расписанием время.</w:t>
            </w:r>
          </w:p>
        </w:tc>
      </w:tr>
      <w:tr w:rsidR="001450F2" w:rsidRPr="001F0490" w14:paraId="6E1A2988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D1AD78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Срок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освоения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F8C13D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16 учебных недель: с 11 мая 2026 г. по 30 августа 2026 г.</w:t>
            </w:r>
          </w:p>
        </w:tc>
      </w:tr>
      <w:tr w:rsidR="001450F2" w:rsidRPr="001F0490" w14:paraId="270D3952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B847A7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Общий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объем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4A1DE9C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Основная часть программы: 72 академических часа. Академический час - 45 минут.</w:t>
            </w:r>
          </w:p>
          <w:p w14:paraId="10E5D3C7" w14:textId="77777777" w:rsidR="001450F2" w:rsidRPr="00E4492C" w:rsidRDefault="001450F2">
            <w:pPr>
              <w:spacing w:after="0"/>
              <w:rPr>
                <w:lang w:val="ru-RU"/>
              </w:rPr>
            </w:pPr>
          </w:p>
          <w:p w14:paraId="5BFA293F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Тариф «Премиум» дополнительно включает индивидуальные занятия: до 32 академических часов за весь срок программы; общий объем по тарифу «Премиум» - до 104 академических часов.</w:t>
            </w:r>
          </w:p>
        </w:tc>
      </w:tr>
      <w:tr w:rsidR="001450F2" w:rsidRPr="001F0490" w14:paraId="112B303A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5CB3B0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Расписание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занятий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C6649EC" w14:textId="6ABD2EE9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Еженедельно: понедельник 19:00, </w:t>
            </w:r>
            <w:r w:rsidR="00E4492C">
              <w:rPr>
                <w:sz w:val="17"/>
                <w:lang w:val="ru-RU"/>
              </w:rPr>
              <w:t>среда</w:t>
            </w:r>
            <w:r w:rsidRPr="00E4492C">
              <w:rPr>
                <w:sz w:val="17"/>
                <w:lang w:val="ru-RU"/>
              </w:rPr>
              <w:t xml:space="preserve"> 19:00, воскресенье 12:00 по московскому времени.</w:t>
            </w:r>
          </w:p>
          <w:p w14:paraId="1B2E9431" w14:textId="77777777" w:rsidR="001450F2" w:rsidRPr="00E4492C" w:rsidRDefault="001450F2">
            <w:pPr>
              <w:spacing w:after="0"/>
              <w:rPr>
                <w:lang w:val="ru-RU"/>
              </w:rPr>
            </w:pPr>
          </w:p>
          <w:p w14:paraId="64F7CAC7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Исполнитель вправе переносить отдельные занятия с предварительным уведомлением Заказчика/Обучающегося и предоставлением эквивалентной замены.</w:t>
            </w:r>
          </w:p>
        </w:tc>
      </w:tr>
      <w:tr w:rsidR="001450F2" w14:paraId="4B75ECE9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E5E52E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Формат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занятий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E95F3D2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Синхронные онлайн-занятия. Записи занятий размещаются после проведения занятия и доступны в пределах установленного срока доступа.</w:t>
            </w:r>
          </w:p>
          <w:p w14:paraId="69B79E85" w14:textId="77777777" w:rsidR="001450F2" w:rsidRPr="00E4492C" w:rsidRDefault="001450F2">
            <w:pPr>
              <w:spacing w:after="0"/>
              <w:rPr>
                <w:lang w:val="ru-RU"/>
              </w:rPr>
            </w:pPr>
          </w:p>
          <w:p w14:paraId="44494F59" w14:textId="77777777" w:rsidR="001450F2" w:rsidRDefault="00000000">
            <w:pPr>
              <w:spacing w:after="0"/>
            </w:pPr>
            <w:r w:rsidRPr="00E4492C">
              <w:rPr>
                <w:sz w:val="17"/>
                <w:lang w:val="ru-RU"/>
              </w:rPr>
              <w:t xml:space="preserve">Домашние задания выдаются, как правило, один раз в неделю и включают 4-8 задач. </w:t>
            </w:r>
            <w:proofErr w:type="spellStart"/>
            <w:r>
              <w:rPr>
                <w:sz w:val="17"/>
              </w:rPr>
              <w:t>Проверка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домашних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заданий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предоставляется</w:t>
            </w:r>
            <w:proofErr w:type="spellEnd"/>
            <w:r>
              <w:rPr>
                <w:sz w:val="17"/>
              </w:rPr>
              <w:t xml:space="preserve"> в зависимости от выбранного тарифа.</w:t>
            </w:r>
          </w:p>
        </w:tc>
      </w:tr>
      <w:tr w:rsidR="001450F2" w:rsidRPr="001F0490" w14:paraId="62F9C5D1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0E8FD9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Срок доступа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B12C34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Доступ к записям, платформе, чатам и учебным материалам предоставляется до 31 августа 2026 г., если иной срок не указан в Заказе.</w:t>
            </w:r>
          </w:p>
        </w:tc>
      </w:tr>
      <w:tr w:rsidR="001450F2" w:rsidRPr="001F0490" w14:paraId="694F8B9F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26D797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Каналы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связи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298E94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Для организационных вопросов используются </w:t>
            </w:r>
            <w:r>
              <w:rPr>
                <w:sz w:val="17"/>
              </w:rPr>
              <w:t>Telegram</w:t>
            </w:r>
            <w:r w:rsidRPr="00E4492C">
              <w:rPr>
                <w:sz w:val="17"/>
                <w:lang w:val="ru-RU"/>
              </w:rPr>
              <w:t xml:space="preserve">, </w:t>
            </w:r>
            <w:proofErr w:type="spellStart"/>
            <w:r>
              <w:rPr>
                <w:sz w:val="17"/>
              </w:rPr>
              <w:t>GetCourse</w:t>
            </w:r>
            <w:proofErr w:type="spellEnd"/>
            <w:r w:rsidRPr="00E4492C">
              <w:rPr>
                <w:sz w:val="17"/>
                <w:lang w:val="ru-RU"/>
              </w:rPr>
              <w:t>, ВКонтакте и иные каналы, указанные Исполнителем. Конкретные ссылки и контакты направляются после оплаты или указываются в личном кабинете/Заказе.</w:t>
            </w:r>
          </w:p>
        </w:tc>
      </w:tr>
    </w:tbl>
    <w:p w14:paraId="2BAC3405" w14:textId="521C0BB6" w:rsidR="001450F2" w:rsidRPr="00E4492C" w:rsidRDefault="001450F2">
      <w:pPr>
        <w:rPr>
          <w:lang w:val="ru-RU"/>
        </w:rPr>
      </w:pPr>
    </w:p>
    <w:p w14:paraId="085474D1" w14:textId="77777777" w:rsidR="001450F2" w:rsidRPr="00E4492C" w:rsidRDefault="00000000">
      <w:pPr>
        <w:pStyle w:val="1"/>
        <w:rPr>
          <w:lang w:val="ru-RU"/>
        </w:rPr>
      </w:pPr>
      <w:r w:rsidRPr="00E4492C">
        <w:rPr>
          <w:rFonts w:ascii="Arial" w:eastAsia="Arial" w:hAnsi="Arial"/>
          <w:lang w:val="ru-RU"/>
        </w:rPr>
        <w:t>2. Тарифы и порядок оплаты</w:t>
      </w:r>
    </w:p>
    <w:p w14:paraId="2B1236F7" w14:textId="77777777" w:rsidR="001450F2" w:rsidRPr="00E4492C" w:rsidRDefault="00000000">
      <w:pPr>
        <w:spacing w:after="120"/>
        <w:rPr>
          <w:lang w:val="ru-RU"/>
        </w:rPr>
      </w:pPr>
      <w:r w:rsidRPr="00E4492C">
        <w:rPr>
          <w:sz w:val="19"/>
          <w:lang w:val="ru-RU"/>
        </w:rPr>
        <w:t>Оплата производится за выбранный тариф и выбранный расчетный период. Расчетный период составляет 4 учебные недели. Полный срок программы состоит из 4 расчетных периодов по 4 учебные недели каждый.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4139"/>
        <w:gridCol w:w="1871"/>
        <w:gridCol w:w="2835"/>
      </w:tblGrid>
      <w:tr w:rsidR="001450F2" w:rsidRPr="001F0490" w14:paraId="0EE61B4D" w14:textId="77777777">
        <w:trPr>
          <w:cantSplit/>
          <w:tblHeader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D36EAE" w14:textId="77777777" w:rsidR="001450F2" w:rsidRDefault="00000000">
            <w:pPr>
              <w:spacing w:after="0"/>
            </w:pPr>
            <w:proofErr w:type="spellStart"/>
            <w:r>
              <w:rPr>
                <w:b/>
                <w:color w:val="23263C"/>
                <w:sz w:val="16"/>
              </w:rPr>
              <w:t>Тариф</w:t>
            </w:r>
            <w:proofErr w:type="spellEnd"/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49F7F4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Состав тарифа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BA3751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Стоимость за 4 учебные недели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E8D2A6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b/>
                <w:color w:val="23263C"/>
                <w:sz w:val="16"/>
                <w:lang w:val="ru-RU"/>
              </w:rPr>
              <w:t>Стоимость при оплате всего срока программы</w:t>
            </w:r>
          </w:p>
        </w:tc>
      </w:tr>
      <w:tr w:rsidR="001450F2" w14:paraId="36EC6F96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CB20927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6"/>
              </w:rPr>
              <w:t>База</w:t>
            </w:r>
            <w:proofErr w:type="spellEnd"/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15EF24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6"/>
                <w:lang w:val="ru-RU"/>
              </w:rPr>
              <w:t>3 живых занятия в неделю; доступ к материалам и записям занятий; домашние задания без индивидуальной проверки.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8406FA" w14:textId="77777777" w:rsidR="001450F2" w:rsidRDefault="00000000">
            <w:pPr>
              <w:spacing w:after="0"/>
            </w:pPr>
            <w:r>
              <w:rPr>
                <w:sz w:val="16"/>
              </w:rPr>
              <w:t>9 900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0C88EC" w14:textId="77777777" w:rsidR="001450F2" w:rsidRDefault="00000000">
            <w:pPr>
              <w:spacing w:after="0"/>
            </w:pPr>
            <w:r>
              <w:rPr>
                <w:sz w:val="16"/>
              </w:rPr>
              <w:t>31 680 ₽ за 16 недель</w:t>
            </w:r>
          </w:p>
          <w:p w14:paraId="2CEDB95A" w14:textId="77777777" w:rsidR="001450F2" w:rsidRDefault="00000000">
            <w:pPr>
              <w:spacing w:after="0"/>
            </w:pPr>
            <w:r>
              <w:rPr>
                <w:sz w:val="16"/>
              </w:rPr>
              <w:t>(скидка 20% от 39 600 ₽)</w:t>
            </w:r>
          </w:p>
        </w:tc>
      </w:tr>
      <w:tr w:rsidR="001450F2" w14:paraId="0F3CFF04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81A8AF" w14:textId="77777777" w:rsidR="001450F2" w:rsidRDefault="00000000">
            <w:pPr>
              <w:spacing w:after="0"/>
            </w:pPr>
            <w:r>
              <w:rPr>
                <w:b/>
                <w:sz w:val="16"/>
              </w:rPr>
              <w:t>Оптимум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430F739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6"/>
                <w:lang w:val="ru-RU"/>
              </w:rPr>
              <w:t>Все опции тарифа «База»; регулярная проверка домашних заданий ассистентом/грейдером с комментариями и оценкой прогресса; приоритетный разбор типичных ошибок на занятиях.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8921A5" w14:textId="77777777" w:rsidR="001450F2" w:rsidRDefault="00000000">
            <w:pPr>
              <w:spacing w:after="0"/>
            </w:pPr>
            <w:r>
              <w:rPr>
                <w:sz w:val="16"/>
              </w:rPr>
              <w:t>12 900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8DC8BEA" w14:textId="77777777" w:rsidR="001450F2" w:rsidRDefault="00000000">
            <w:pPr>
              <w:spacing w:after="0"/>
            </w:pPr>
            <w:r>
              <w:rPr>
                <w:sz w:val="16"/>
              </w:rPr>
              <w:t>41 280 ₽ за 16 недель</w:t>
            </w:r>
          </w:p>
          <w:p w14:paraId="0FF042BD" w14:textId="77777777" w:rsidR="001450F2" w:rsidRDefault="00000000">
            <w:pPr>
              <w:spacing w:after="0"/>
            </w:pPr>
            <w:r>
              <w:rPr>
                <w:sz w:val="16"/>
              </w:rPr>
              <w:t>(скидка 20% от 51 600 ₽)</w:t>
            </w:r>
          </w:p>
        </w:tc>
      </w:tr>
      <w:tr w:rsidR="001450F2" w14:paraId="78DC3958" w14:textId="77777777">
        <w:trPr>
          <w:cantSplit/>
          <w:jc w:val="center"/>
        </w:trPr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0FF254" w14:textId="77777777" w:rsidR="001450F2" w:rsidRDefault="00000000">
            <w:pPr>
              <w:spacing w:after="0"/>
            </w:pPr>
            <w:r>
              <w:rPr>
                <w:b/>
                <w:sz w:val="16"/>
              </w:rPr>
              <w:t>Премиум</w:t>
            </w:r>
          </w:p>
        </w:tc>
        <w:tc>
          <w:tcPr>
            <w:tcW w:w="4139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D04AFF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6"/>
                <w:lang w:val="ru-RU"/>
              </w:rPr>
              <w:t>Все опции тарифа «Оптимум»; индивидуальное занятие 90 минут с преподавателем каждую учебную неделю; персональная траектория подготовки и контроль темпа.</w:t>
            </w:r>
          </w:p>
        </w:tc>
        <w:tc>
          <w:tcPr>
            <w:tcW w:w="187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D9E13E" w14:textId="77777777" w:rsidR="001450F2" w:rsidRDefault="00000000">
            <w:pPr>
              <w:spacing w:after="0"/>
            </w:pPr>
            <w:r>
              <w:rPr>
                <w:sz w:val="16"/>
              </w:rPr>
              <w:t>35 900 ₽</w:t>
            </w:r>
          </w:p>
        </w:tc>
        <w:tc>
          <w:tcPr>
            <w:tcW w:w="283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A2E1BD" w14:textId="77777777" w:rsidR="001450F2" w:rsidRDefault="00000000">
            <w:pPr>
              <w:spacing w:after="0"/>
            </w:pPr>
            <w:r>
              <w:rPr>
                <w:sz w:val="16"/>
              </w:rPr>
              <w:t>114 880 ₽ за 16 недель</w:t>
            </w:r>
          </w:p>
          <w:p w14:paraId="01BADDD1" w14:textId="77777777" w:rsidR="001450F2" w:rsidRDefault="00000000">
            <w:pPr>
              <w:spacing w:after="0"/>
            </w:pPr>
            <w:r>
              <w:rPr>
                <w:sz w:val="16"/>
              </w:rPr>
              <w:t>(скидка 20% от 143 600 ₽)</w:t>
            </w:r>
          </w:p>
        </w:tc>
      </w:tr>
    </w:tbl>
    <w:p w14:paraId="6257E772" w14:textId="77777777" w:rsidR="00E4492C" w:rsidRDefault="00E4492C">
      <w:pPr>
        <w:spacing w:after="60" w:line="259" w:lineRule="auto"/>
        <w:rPr>
          <w:sz w:val="19"/>
          <w:lang w:val="ru-RU"/>
        </w:rPr>
      </w:pPr>
    </w:p>
    <w:p w14:paraId="3390DB6F" w14:textId="76BD970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Скидка 20% применяется только при единовременной 100% предоплате всего срока программы (16 учебных недель), если иной порядок не указан в Заказе или на странице оплаты. При оплате отдельными расчетными периодами по 4 учебные недели скидка за оплату всего срока программы не применяется, если Исполнитель отдельно не предоставил такую скидку.</w:t>
      </w:r>
    </w:p>
    <w:p w14:paraId="573F0278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lastRenderedPageBreak/>
        <w:t>Доступ к занятиям, материалам и иным элементам программы предоставляется в пределах оплаченного тарифа и оплаченного расчетного периода.</w:t>
      </w:r>
    </w:p>
    <w:p w14:paraId="274EAAEF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Оплата одного расчетного периода не означает оплату всей программы. Для продолжения обучения после окончания оплаченного расчетного периода Заказчик оплачивает следующий расчетный период, если иной порядок не указан в Заказе.</w:t>
      </w:r>
    </w:p>
    <w:p w14:paraId="10005789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Неоплата следующего расчетного периода не образует задолженность Заказчика за всю программу, но прекращает обязанность Исполнителя предоставлять доступ к неоплаченным последующим занятиям, материалам и иным элементам программы.</w:t>
      </w:r>
    </w:p>
    <w:p w14:paraId="782AEBE5" w14:textId="77777777" w:rsidR="001450F2" w:rsidRDefault="00000000">
      <w:pPr>
        <w:spacing w:after="60" w:line="259" w:lineRule="auto"/>
        <w:rPr>
          <w:sz w:val="19"/>
          <w:lang w:val="ru-RU"/>
        </w:rPr>
      </w:pPr>
      <w:r w:rsidRPr="00E4492C">
        <w:rPr>
          <w:sz w:val="19"/>
          <w:lang w:val="ru-RU"/>
        </w:rPr>
        <w:t>При единовременной оплате всего срока программы Заказчик оплачивает все 16 учебных недель выбранного тарифа с учетом применимой скидки.</w:t>
      </w:r>
    </w:p>
    <w:p w14:paraId="50E99300" w14:textId="77777777" w:rsidR="001F0490" w:rsidRPr="00E4492C" w:rsidRDefault="001F0490">
      <w:pPr>
        <w:spacing w:after="60" w:line="259" w:lineRule="auto"/>
        <w:rPr>
          <w:lang w:val="ru-RU"/>
        </w:rPr>
      </w:pPr>
    </w:p>
    <w:p w14:paraId="21A8BB30" w14:textId="77777777" w:rsidR="001450F2" w:rsidRPr="00E4492C" w:rsidRDefault="00000000">
      <w:pPr>
        <w:pStyle w:val="1"/>
        <w:rPr>
          <w:lang w:val="ru-RU"/>
        </w:rPr>
      </w:pPr>
      <w:r w:rsidRPr="00E4492C">
        <w:rPr>
          <w:rFonts w:ascii="Arial" w:eastAsia="Arial" w:hAnsi="Arial"/>
          <w:lang w:val="ru-RU"/>
        </w:rPr>
        <w:t>3. Порядок расчета возврата</w:t>
      </w:r>
    </w:p>
    <w:p w14:paraId="6121D1D0" w14:textId="77777777" w:rsidR="001450F2" w:rsidRPr="00E4492C" w:rsidRDefault="00000000">
      <w:pPr>
        <w:spacing w:after="100"/>
        <w:rPr>
          <w:lang w:val="ru-RU"/>
        </w:rPr>
      </w:pPr>
      <w:r w:rsidRPr="00E4492C">
        <w:rPr>
          <w:sz w:val="19"/>
          <w:lang w:val="ru-RU"/>
        </w:rPr>
        <w:t>Возврат рассчитывается в соответствии с публичной офертой Исполнителя и применимым законодательством. Для данной программы расчет стоимости проведенной части осуществляется по академическим часам соответствующего оплаченного тарифа и оплаченного расчетного периода.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1450F2" w14:paraId="6EEA697E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97B0D4C" w14:textId="77777777" w:rsidR="001450F2" w:rsidRDefault="00000000">
            <w:pPr>
              <w:spacing w:after="0"/>
            </w:pPr>
            <w:proofErr w:type="spellStart"/>
            <w:r>
              <w:rPr>
                <w:b/>
                <w:color w:val="23263C"/>
                <w:sz w:val="17"/>
              </w:rPr>
              <w:t>Ситуация</w:t>
            </w:r>
            <w:proofErr w:type="spellEnd"/>
            <w:r>
              <w:rPr>
                <w:b/>
                <w:color w:val="23263C"/>
                <w:sz w:val="17"/>
              </w:rPr>
              <w:t xml:space="preserve"> / </w:t>
            </w:r>
            <w:proofErr w:type="spellStart"/>
            <w:r>
              <w:rPr>
                <w:b/>
                <w:color w:val="23263C"/>
                <w:sz w:val="17"/>
              </w:rPr>
              <w:t>правило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BA1CAA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1450F2" w:rsidRPr="001F0490" w14:paraId="3E9EB5A5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DDE868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До начала оплаченного периода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29AB55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Возвращается вся сумма, оплаченная </w:t>
            </w:r>
            <w:proofErr w:type="gramStart"/>
            <w:r w:rsidRPr="00E4492C">
              <w:rPr>
                <w:sz w:val="17"/>
                <w:lang w:val="ru-RU"/>
              </w:rPr>
              <w:t>за соответствующий расчетный период</w:t>
            </w:r>
            <w:proofErr w:type="gramEnd"/>
            <w:r w:rsidRPr="00E4492C">
              <w:rPr>
                <w:sz w:val="17"/>
                <w:lang w:val="ru-RU"/>
              </w:rPr>
              <w:t xml:space="preserve"> или за весь срок программы, за вычетом фактически понесенных расходов Исполнителя, если такие расходы подлежат удержанию по закону и подтверждены документально.</w:t>
            </w:r>
          </w:p>
        </w:tc>
      </w:tr>
      <w:tr w:rsidR="001450F2" w:rsidRPr="001F0490" w14:paraId="709A37FD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9AB45A5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После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начала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оплаченного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периода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9BA873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Возврат = оплаченная сумма за соответствующий период минус стоимость проведенной части программы.</w:t>
            </w:r>
          </w:p>
        </w:tc>
      </w:tr>
      <w:tr w:rsidR="001450F2" w:rsidRPr="001F0490" w14:paraId="4A7B870F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62DA8C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Проведенная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часть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программы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670D71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Проведенной считается часть программы, по которой на дату получения заявления о возврате уже состоялись занятия по расписанию и/или были оказаны индивидуальные занятия по тарифу «Премиум». Пропуск занятия Обучающимся по причинам, не зависящим от Исполнителя, не уменьшает объем проведенной части.</w:t>
            </w:r>
          </w:p>
        </w:tc>
      </w:tr>
      <w:tr w:rsidR="001450F2" w:rsidRPr="001F0490" w14:paraId="6A8E830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F93093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Формула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расчета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C96759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Стоимость проведенной части = цена оплаченного периода × количество проведенных академических часов в этом периоде / общее количество академических часов, предусмотренных соответствующим тарифом в этом периоде.</w:t>
            </w:r>
          </w:p>
        </w:tc>
      </w:tr>
      <w:tr w:rsidR="001450F2" w:rsidRPr="001F0490" w14:paraId="2377C23F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46224C" w14:textId="77777777" w:rsidR="001450F2" w:rsidRDefault="00000000">
            <w:pPr>
              <w:spacing w:after="0"/>
            </w:pPr>
            <w:proofErr w:type="spellStart"/>
            <w:r>
              <w:rPr>
                <w:b/>
                <w:sz w:val="17"/>
              </w:rPr>
              <w:t>Особенности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тарифа</w:t>
            </w:r>
            <w:proofErr w:type="spellEnd"/>
            <w:r>
              <w:rPr>
                <w:b/>
                <w:sz w:val="17"/>
              </w:rPr>
              <w:t xml:space="preserve"> «</w:t>
            </w:r>
            <w:proofErr w:type="spellStart"/>
            <w:r>
              <w:rPr>
                <w:b/>
                <w:sz w:val="17"/>
              </w:rPr>
              <w:t>Премиум</w:t>
            </w:r>
            <w:proofErr w:type="spellEnd"/>
            <w:r>
              <w:rPr>
                <w:b/>
                <w:sz w:val="17"/>
              </w:rPr>
              <w:t>»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9EADA1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Индивидуальные занятия, уже проведенные к моменту получения заявления о возврате, учитываются как оказанные услуги. Если индивидуальное занятие было согласовано, но не состоялось по вине Исполнителя, оно не включается в проведенную часть.</w:t>
            </w:r>
          </w:p>
        </w:tc>
      </w:tr>
    </w:tbl>
    <w:p w14:paraId="7CF949C6" w14:textId="77777777" w:rsidR="001F0490" w:rsidRDefault="001F0490">
      <w:pPr>
        <w:pStyle w:val="1"/>
        <w:rPr>
          <w:rFonts w:ascii="Arial" w:eastAsia="Arial" w:hAnsi="Arial"/>
          <w:lang w:val="ru-RU"/>
        </w:rPr>
      </w:pPr>
    </w:p>
    <w:p w14:paraId="4463ACAC" w14:textId="2BB940D7" w:rsidR="001450F2" w:rsidRPr="00E4492C" w:rsidRDefault="00000000">
      <w:pPr>
        <w:pStyle w:val="1"/>
        <w:rPr>
          <w:lang w:val="ru-RU"/>
        </w:rPr>
      </w:pPr>
      <w:r w:rsidRPr="00E4492C">
        <w:rPr>
          <w:rFonts w:ascii="Arial" w:eastAsia="Arial" w:hAnsi="Arial"/>
          <w:lang w:val="ru-RU"/>
        </w:rPr>
        <w:t>4. Тематический план программы</w:t>
      </w:r>
    </w:p>
    <w:p w14:paraId="3EE42EC2" w14:textId="77777777" w:rsidR="001450F2" w:rsidRPr="00E4492C" w:rsidRDefault="00000000">
      <w:pPr>
        <w:spacing w:after="100"/>
        <w:rPr>
          <w:lang w:val="ru-RU"/>
        </w:rPr>
      </w:pPr>
      <w:r w:rsidRPr="00E4492C">
        <w:rPr>
          <w:sz w:val="19"/>
          <w:lang w:val="ru-RU"/>
        </w:rPr>
        <w:t>Тематический план носит учебно-методический характер и может незначительно уточняться Исполнителем с учетом уровня группы, календаря занятий и образовательной целесообразности. Такие изменения не должны сокращать общий объем программы или ухудшать условия оказания услуг для Заказчика/Обучающегося.</w:t>
      </w:r>
    </w:p>
    <w:tbl>
      <w:tblPr>
        <w:tblW w:w="10262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020"/>
        <w:gridCol w:w="7314"/>
      </w:tblGrid>
      <w:tr w:rsidR="001450F2" w14:paraId="1A63C83C" w14:textId="77777777">
        <w:trPr>
          <w:cantSplit/>
          <w:tblHeader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E28E02" w14:textId="77777777" w:rsidR="001450F2" w:rsidRDefault="00000000">
            <w:pPr>
              <w:spacing w:after="0"/>
            </w:pPr>
            <w:proofErr w:type="spellStart"/>
            <w:r>
              <w:rPr>
                <w:b/>
                <w:color w:val="23263C"/>
                <w:sz w:val="17"/>
              </w:rPr>
              <w:t>Расчетный</w:t>
            </w:r>
            <w:proofErr w:type="spellEnd"/>
            <w:r>
              <w:rPr>
                <w:b/>
                <w:color w:val="23263C"/>
                <w:sz w:val="17"/>
              </w:rPr>
              <w:t xml:space="preserve"> </w:t>
            </w:r>
            <w:proofErr w:type="spellStart"/>
            <w:r>
              <w:rPr>
                <w:b/>
                <w:color w:val="23263C"/>
                <w:sz w:val="17"/>
              </w:rPr>
              <w:t>период</w:t>
            </w:r>
            <w:proofErr w:type="spellEnd"/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6ED225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Неделя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80B31A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Тема</w:t>
            </w:r>
          </w:p>
        </w:tc>
      </w:tr>
      <w:tr w:rsidR="001450F2" w:rsidRPr="001F0490" w14:paraId="42867A5B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056CD5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2CE259" w14:textId="77777777" w:rsidR="001450F2" w:rsidRDefault="00000000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F4484C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Полезность и теория потребителя + межпериодное потребление</w:t>
            </w:r>
          </w:p>
        </w:tc>
      </w:tr>
      <w:tr w:rsidR="001450F2" w14:paraId="6C091E88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10BA5E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CA82A9" w14:textId="77777777" w:rsidR="001450F2" w:rsidRDefault="00000000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03776B" w14:textId="77777777" w:rsidR="001450F2" w:rsidRDefault="00000000">
            <w:pPr>
              <w:spacing w:after="0"/>
            </w:pPr>
            <w:r>
              <w:rPr>
                <w:sz w:val="17"/>
              </w:rPr>
              <w:t>Производство и теория фирмы</w:t>
            </w:r>
          </w:p>
        </w:tc>
      </w:tr>
      <w:tr w:rsidR="001450F2" w:rsidRPr="001F0490" w14:paraId="57A9753B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4E53F5E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BCCBA5" w14:textId="77777777" w:rsidR="001450F2" w:rsidRDefault="00000000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ADD5242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Совершенная конкуренция и монополистическая конкуренция</w:t>
            </w:r>
          </w:p>
        </w:tc>
      </w:tr>
      <w:tr w:rsidR="001450F2" w:rsidRPr="001F0490" w14:paraId="7630A3D0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034EAC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1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EDE816" w14:textId="77777777" w:rsidR="001450F2" w:rsidRDefault="00000000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ED7866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Монополия и дискриминация </w:t>
            </w:r>
            <w:r>
              <w:rPr>
                <w:sz w:val="17"/>
              </w:rPr>
              <w:t>I</w:t>
            </w:r>
            <w:r w:rsidRPr="00E4492C">
              <w:rPr>
                <w:sz w:val="17"/>
                <w:lang w:val="ru-RU"/>
              </w:rPr>
              <w:t xml:space="preserve"> и </w:t>
            </w:r>
            <w:r>
              <w:rPr>
                <w:sz w:val="17"/>
              </w:rPr>
              <w:t>III</w:t>
            </w:r>
            <w:r w:rsidRPr="00E4492C">
              <w:rPr>
                <w:sz w:val="17"/>
                <w:lang w:val="ru-RU"/>
              </w:rPr>
              <w:t xml:space="preserve"> рода</w:t>
            </w:r>
          </w:p>
        </w:tc>
      </w:tr>
      <w:tr w:rsidR="001450F2" w:rsidRPr="001F0490" w14:paraId="06EBE902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095CB2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35F559" w14:textId="77777777" w:rsidR="001450F2" w:rsidRDefault="00000000"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124BA0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Международная торговля: малая и большая открытая экономика</w:t>
            </w:r>
          </w:p>
        </w:tc>
      </w:tr>
      <w:tr w:rsidR="001450F2" w14:paraId="453A0CB6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56A7D4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E712909" w14:textId="77777777" w:rsidR="001450F2" w:rsidRDefault="00000000"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4020E0" w14:textId="77777777" w:rsidR="001450F2" w:rsidRDefault="00000000">
            <w:pPr>
              <w:spacing w:after="0"/>
            </w:pPr>
            <w:r>
              <w:rPr>
                <w:sz w:val="17"/>
              </w:rPr>
              <w:t>Вмешательство государства</w:t>
            </w:r>
          </w:p>
        </w:tc>
      </w:tr>
      <w:tr w:rsidR="001450F2" w14:paraId="2E2B6AFB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068C10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383BE0" w14:textId="77777777" w:rsidR="001450F2" w:rsidRDefault="00000000"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D5DAFBB" w14:textId="77777777" w:rsidR="001450F2" w:rsidRDefault="00000000">
            <w:pPr>
              <w:spacing w:after="0"/>
            </w:pPr>
            <w:r>
              <w:rPr>
                <w:sz w:val="17"/>
              </w:rPr>
              <w:t>Экстерналии и общественные блага</w:t>
            </w:r>
          </w:p>
        </w:tc>
      </w:tr>
      <w:tr w:rsidR="001450F2" w:rsidRPr="001F0490" w14:paraId="67632DF8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B3F50D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2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CCCD3B4" w14:textId="77777777" w:rsidR="001450F2" w:rsidRDefault="00000000">
            <w:pPr>
              <w:spacing w:after="0"/>
            </w:pPr>
            <w:r>
              <w:rPr>
                <w:sz w:val="17"/>
              </w:rPr>
              <w:t>8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E29461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Теория игр: одновременные и последовательные игры</w:t>
            </w:r>
          </w:p>
        </w:tc>
      </w:tr>
      <w:tr w:rsidR="001450F2" w:rsidRPr="001F0490" w14:paraId="1B4DA7FA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2E7700A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C20D84" w14:textId="77777777" w:rsidR="001450F2" w:rsidRDefault="00000000">
            <w:pPr>
              <w:spacing w:after="0"/>
            </w:pPr>
            <w:r>
              <w:rPr>
                <w:sz w:val="17"/>
              </w:rPr>
              <w:t>9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8D71A6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Модели олигополии: </w:t>
            </w:r>
            <w:proofErr w:type="spellStart"/>
            <w:r w:rsidRPr="00E4492C">
              <w:rPr>
                <w:sz w:val="17"/>
                <w:lang w:val="ru-RU"/>
              </w:rPr>
              <w:t>Курно</w:t>
            </w:r>
            <w:proofErr w:type="spellEnd"/>
            <w:r w:rsidRPr="00E4492C">
              <w:rPr>
                <w:sz w:val="17"/>
                <w:lang w:val="ru-RU"/>
              </w:rPr>
              <w:t xml:space="preserve">, </w:t>
            </w:r>
            <w:proofErr w:type="spellStart"/>
            <w:r w:rsidRPr="00E4492C">
              <w:rPr>
                <w:sz w:val="17"/>
                <w:lang w:val="ru-RU"/>
              </w:rPr>
              <w:t>Штакельберг</w:t>
            </w:r>
            <w:proofErr w:type="spellEnd"/>
            <w:r w:rsidRPr="00E4492C">
              <w:rPr>
                <w:sz w:val="17"/>
                <w:lang w:val="ru-RU"/>
              </w:rPr>
              <w:t>, Бертран</w:t>
            </w:r>
          </w:p>
        </w:tc>
      </w:tr>
      <w:tr w:rsidR="001450F2" w14:paraId="5FB5CD67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D31DDEB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t>Период</w:t>
            </w:r>
            <w:proofErr w:type="spellEnd"/>
            <w:r>
              <w:rPr>
                <w:sz w:val="17"/>
              </w:rPr>
              <w:t xml:space="preserve">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1B2769" w14:textId="77777777" w:rsidR="001450F2" w:rsidRDefault="00000000">
            <w:pPr>
              <w:spacing w:after="0"/>
            </w:pPr>
            <w:r>
              <w:rPr>
                <w:sz w:val="17"/>
              </w:rPr>
              <w:t>10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C3B2F9" w14:textId="77777777" w:rsidR="001450F2" w:rsidRDefault="00000000">
            <w:pPr>
              <w:spacing w:after="0"/>
            </w:pPr>
            <w:r>
              <w:rPr>
                <w:sz w:val="17"/>
              </w:rPr>
              <w:t>КПВ</w:t>
            </w:r>
          </w:p>
        </w:tc>
      </w:tr>
      <w:tr w:rsidR="001450F2" w14:paraId="59E3CECC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C95C52E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BA4A9A" w14:textId="77777777" w:rsidR="001450F2" w:rsidRDefault="00000000">
            <w:pPr>
              <w:spacing w:after="0"/>
            </w:pPr>
            <w:r>
              <w:rPr>
                <w:sz w:val="17"/>
              </w:rPr>
              <w:t>11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DCCEE6F" w14:textId="77777777" w:rsidR="001450F2" w:rsidRDefault="00000000">
            <w:pPr>
              <w:spacing w:after="0"/>
            </w:pPr>
            <w:r>
              <w:rPr>
                <w:sz w:val="17"/>
              </w:rPr>
              <w:t>КПВ-2 (КТВ)</w:t>
            </w:r>
          </w:p>
        </w:tc>
      </w:tr>
      <w:tr w:rsidR="001450F2" w14:paraId="4B8ED2D2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8143F9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3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197575" w14:textId="77777777" w:rsidR="001450F2" w:rsidRDefault="00000000">
            <w:pPr>
              <w:spacing w:after="0"/>
            </w:pPr>
            <w:r>
              <w:rPr>
                <w:sz w:val="17"/>
              </w:rPr>
              <w:t>12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BBE6B7" w14:textId="77777777" w:rsidR="001450F2" w:rsidRDefault="00000000">
            <w:pPr>
              <w:spacing w:after="0"/>
            </w:pPr>
            <w:r>
              <w:rPr>
                <w:sz w:val="17"/>
              </w:rPr>
              <w:t>Повторение микроэкономики</w:t>
            </w:r>
          </w:p>
        </w:tc>
      </w:tr>
      <w:tr w:rsidR="001450F2" w14:paraId="260BD044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3AA20C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678573" w14:textId="77777777" w:rsidR="001450F2" w:rsidRDefault="00000000">
            <w:pPr>
              <w:spacing w:after="0"/>
            </w:pPr>
            <w:r>
              <w:rPr>
                <w:sz w:val="17"/>
              </w:rPr>
              <w:t>13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B772D25" w14:textId="77777777" w:rsidR="001450F2" w:rsidRDefault="00000000">
            <w:pPr>
              <w:spacing w:after="0"/>
            </w:pPr>
            <w:r>
              <w:rPr>
                <w:sz w:val="17"/>
              </w:rPr>
              <w:t>Неравенство</w:t>
            </w:r>
          </w:p>
        </w:tc>
      </w:tr>
      <w:tr w:rsidR="001450F2" w14:paraId="45DF7710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418E41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FB2D61" w14:textId="77777777" w:rsidR="001450F2" w:rsidRDefault="00000000">
            <w:pPr>
              <w:spacing w:after="0"/>
            </w:pPr>
            <w:r>
              <w:rPr>
                <w:sz w:val="17"/>
              </w:rPr>
              <w:t>14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608ACF0" w14:textId="77777777" w:rsidR="001450F2" w:rsidRDefault="00000000">
            <w:pPr>
              <w:spacing w:after="0"/>
            </w:pPr>
            <w:r>
              <w:rPr>
                <w:sz w:val="17"/>
              </w:rPr>
              <w:t>Финансы</w:t>
            </w:r>
          </w:p>
        </w:tc>
      </w:tr>
      <w:tr w:rsidR="001450F2" w:rsidRPr="001F0490" w14:paraId="5677F86B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E76EAA" w14:textId="77777777" w:rsidR="001450F2" w:rsidRDefault="00000000">
            <w:pPr>
              <w:spacing w:after="0"/>
            </w:pPr>
            <w:r>
              <w:rPr>
                <w:sz w:val="17"/>
              </w:rPr>
              <w:t>Период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8D3F08" w14:textId="77777777" w:rsidR="001450F2" w:rsidRDefault="00000000">
            <w:pPr>
              <w:spacing w:after="0"/>
            </w:pPr>
            <w:r>
              <w:rPr>
                <w:sz w:val="17"/>
              </w:rPr>
              <w:t>15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B7F67D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>Введение в макроэкономику: ВВП, инфляция и индексы</w:t>
            </w:r>
          </w:p>
        </w:tc>
      </w:tr>
      <w:tr w:rsidR="001450F2" w:rsidRPr="001F0490" w14:paraId="4C7AB268" w14:textId="77777777">
        <w:trPr>
          <w:cantSplit/>
          <w:jc w:val="center"/>
        </w:trPr>
        <w:tc>
          <w:tcPr>
            <w:tcW w:w="192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8206FF" w14:textId="77777777" w:rsidR="001450F2" w:rsidRDefault="00000000">
            <w:pPr>
              <w:spacing w:after="0"/>
            </w:pPr>
            <w:proofErr w:type="spellStart"/>
            <w:r>
              <w:rPr>
                <w:sz w:val="17"/>
              </w:rPr>
              <w:lastRenderedPageBreak/>
              <w:t>Период</w:t>
            </w:r>
            <w:proofErr w:type="spellEnd"/>
            <w:r>
              <w:rPr>
                <w:sz w:val="17"/>
              </w:rPr>
              <w:t xml:space="preserve"> 4</w:t>
            </w:r>
          </w:p>
        </w:tc>
        <w:tc>
          <w:tcPr>
            <w:tcW w:w="102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535494" w14:textId="77777777" w:rsidR="001450F2" w:rsidRDefault="00000000">
            <w:pPr>
              <w:spacing w:after="0"/>
            </w:pPr>
            <w:r>
              <w:rPr>
                <w:sz w:val="17"/>
              </w:rPr>
              <w:t>16</w:t>
            </w:r>
          </w:p>
        </w:tc>
        <w:tc>
          <w:tcPr>
            <w:tcW w:w="731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DE099D8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Продвинутая макроэкономика: модель </w:t>
            </w:r>
            <w:r>
              <w:rPr>
                <w:sz w:val="17"/>
              </w:rPr>
              <w:t>AD</w:t>
            </w:r>
            <w:r w:rsidRPr="00E4492C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AS</w:t>
            </w:r>
          </w:p>
        </w:tc>
      </w:tr>
    </w:tbl>
    <w:p w14:paraId="70A877DF" w14:textId="77777777" w:rsidR="001F0490" w:rsidRDefault="001F0490">
      <w:pPr>
        <w:pStyle w:val="1"/>
        <w:rPr>
          <w:rFonts w:ascii="Arial" w:eastAsia="Arial" w:hAnsi="Arial"/>
          <w:lang w:val="ru-RU"/>
        </w:rPr>
      </w:pPr>
    </w:p>
    <w:p w14:paraId="1A1B2FCD" w14:textId="029030B0" w:rsidR="001450F2" w:rsidRPr="00E4492C" w:rsidRDefault="00000000">
      <w:pPr>
        <w:pStyle w:val="1"/>
        <w:rPr>
          <w:lang w:val="ru-RU"/>
        </w:rPr>
      </w:pPr>
      <w:r w:rsidRPr="00E4492C">
        <w:rPr>
          <w:rFonts w:ascii="Arial" w:eastAsia="Arial" w:hAnsi="Arial"/>
          <w:lang w:val="ru-RU"/>
        </w:rPr>
        <w:t>5. Итоговые положения</w:t>
      </w:r>
    </w:p>
    <w:p w14:paraId="20059428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Карточка программы не заменяет публичную оферту, а конкретизирует условия выбранной образовательной программы и соответствующего Заказа.</w:t>
      </w:r>
    </w:p>
    <w:p w14:paraId="11117D5A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Если условия Заказа отличаются от общих сведений в настоящей карточке в части тарифа, оплаченного периода, цены, скидки или срока доступа, приоритет имеют условия Заказа, если они не ухудшают положение Заказчика по сравнению с обязательными требованиями закона.</w:t>
      </w:r>
    </w:p>
    <w:p w14:paraId="6702AFB9" w14:textId="77777777" w:rsidR="001450F2" w:rsidRPr="00E4492C" w:rsidRDefault="00000000">
      <w:pPr>
        <w:spacing w:after="60" w:line="259" w:lineRule="auto"/>
        <w:rPr>
          <w:lang w:val="ru-RU"/>
        </w:rPr>
      </w:pPr>
      <w:r w:rsidRPr="00E4492C">
        <w:rPr>
          <w:sz w:val="19"/>
          <w:lang w:val="ru-RU"/>
        </w:rPr>
        <w:t>Конкретные ссылки на занятия, платформу, чаты и материалы направляются после оплаты выбранного тарифа и расчетного периода либо размещаются в личном кабинете.</w:t>
      </w:r>
    </w:p>
    <w:p w14:paraId="7AE360DD" w14:textId="77777777" w:rsidR="001F0490" w:rsidRDefault="001F0490">
      <w:pPr>
        <w:pStyle w:val="1"/>
        <w:rPr>
          <w:rFonts w:ascii="Arial" w:eastAsia="Arial" w:hAnsi="Arial"/>
          <w:lang w:val="ru-RU"/>
        </w:rPr>
      </w:pPr>
    </w:p>
    <w:p w14:paraId="6D1C37BA" w14:textId="0A0B9F1A" w:rsidR="001450F2" w:rsidRPr="00E4492C" w:rsidRDefault="00000000">
      <w:pPr>
        <w:pStyle w:val="1"/>
        <w:rPr>
          <w:lang w:val="ru-RU"/>
        </w:rPr>
      </w:pPr>
      <w:r w:rsidRPr="00E4492C">
        <w:rPr>
          <w:rFonts w:ascii="Arial" w:eastAsia="Arial" w:hAnsi="Arial"/>
          <w:lang w:val="ru-RU"/>
        </w:rPr>
        <w:t>6. Сведения для публикации и контроля версии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1450F2" w14:paraId="6BB149C3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92CD82" w14:textId="77777777" w:rsidR="001450F2" w:rsidRDefault="00000000">
            <w:pPr>
              <w:spacing w:after="0"/>
            </w:pPr>
            <w:proofErr w:type="spellStart"/>
            <w:r>
              <w:rPr>
                <w:b/>
                <w:color w:val="23263C"/>
                <w:sz w:val="17"/>
              </w:rPr>
              <w:t>Параметр</w:t>
            </w:r>
            <w:proofErr w:type="spellEnd"/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E2E67F" w14:textId="77777777" w:rsidR="001450F2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Значение</w:t>
            </w:r>
          </w:p>
        </w:tc>
      </w:tr>
      <w:tr w:rsidR="001450F2" w14:paraId="0125F414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679D74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Дата публикации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1015ED" w14:textId="77777777" w:rsidR="001450F2" w:rsidRDefault="00000000">
            <w:pPr>
              <w:spacing w:after="0"/>
            </w:pPr>
            <w:r>
              <w:rPr>
                <w:sz w:val="17"/>
              </w:rPr>
              <w:t>26.04.2026</w:t>
            </w:r>
          </w:p>
        </w:tc>
      </w:tr>
      <w:tr w:rsidR="001450F2" w14:paraId="0CAD5464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11419D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Редакция карточки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90EED2B" w14:textId="77777777" w:rsidR="001450F2" w:rsidRDefault="00000000">
            <w:pPr>
              <w:spacing w:after="0"/>
            </w:pPr>
            <w:r>
              <w:rPr>
                <w:sz w:val="17"/>
              </w:rPr>
              <w:t>№1 от 26.04.2026</w:t>
            </w:r>
          </w:p>
        </w:tc>
      </w:tr>
      <w:tr w:rsidR="001450F2" w:rsidRPr="001F0490" w14:paraId="1500636F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8B4050" w14:textId="77777777" w:rsidR="001450F2" w:rsidRDefault="00000000">
            <w:pPr>
              <w:spacing w:after="0"/>
            </w:pPr>
            <w:r>
              <w:rPr>
                <w:b/>
                <w:sz w:val="17"/>
              </w:rPr>
              <w:t>Исполнитель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2F41E9" w14:textId="77777777" w:rsidR="001450F2" w:rsidRPr="00E4492C" w:rsidRDefault="00000000">
            <w:pPr>
              <w:spacing w:after="0"/>
              <w:rPr>
                <w:lang w:val="ru-RU"/>
              </w:rPr>
            </w:pPr>
            <w:r w:rsidRPr="00E4492C">
              <w:rPr>
                <w:sz w:val="17"/>
                <w:lang w:val="ru-RU"/>
              </w:rPr>
              <w:t xml:space="preserve">Индивидуальный предприниматель </w:t>
            </w:r>
            <w:proofErr w:type="spellStart"/>
            <w:r w:rsidRPr="00E4492C">
              <w:rPr>
                <w:sz w:val="17"/>
                <w:lang w:val="ru-RU"/>
              </w:rPr>
              <w:t>Кыльчик</w:t>
            </w:r>
            <w:proofErr w:type="spellEnd"/>
            <w:r w:rsidRPr="00E4492C">
              <w:rPr>
                <w:sz w:val="17"/>
                <w:lang w:val="ru-RU"/>
              </w:rPr>
              <w:t xml:space="preserve"> Виталий Иванович</w:t>
            </w:r>
          </w:p>
        </w:tc>
      </w:tr>
    </w:tbl>
    <w:p w14:paraId="4AF3605B" w14:textId="77777777" w:rsidR="00DB16EE" w:rsidRPr="00E4492C" w:rsidRDefault="00DB16EE">
      <w:pPr>
        <w:rPr>
          <w:lang w:val="ru-RU"/>
        </w:rPr>
      </w:pPr>
    </w:p>
    <w:sectPr w:rsidR="00DB16EE" w:rsidRPr="00E4492C" w:rsidSect="00034616">
      <w:footerReference w:type="default" r:id="rId8"/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1199" w14:textId="77777777" w:rsidR="006964EC" w:rsidRDefault="006964EC">
      <w:pPr>
        <w:spacing w:after="0" w:line="240" w:lineRule="auto"/>
      </w:pPr>
      <w:r>
        <w:separator/>
      </w:r>
    </w:p>
  </w:endnote>
  <w:endnote w:type="continuationSeparator" w:id="0">
    <w:p w14:paraId="08752A8B" w14:textId="77777777" w:rsidR="006964EC" w:rsidRDefault="0069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2086" w14:textId="77777777" w:rsidR="001450F2" w:rsidRDefault="00000000">
    <w:pPr>
      <w:pStyle w:val="a7"/>
      <w:spacing w:line="252" w:lineRule="auto"/>
      <w:jc w:val="right"/>
    </w:pPr>
    <w:r>
      <w:rPr>
        <w:color w:val="5F5F69"/>
        <w:sz w:val="17"/>
      </w:rPr>
      <w:t xml:space="preserve">КСИГМА | </w:t>
    </w:r>
    <w:proofErr w:type="spellStart"/>
    <w:r>
      <w:rPr>
        <w:color w:val="5F5F69"/>
        <w:sz w:val="17"/>
      </w:rPr>
      <w:t>Карточка</w:t>
    </w:r>
    <w:proofErr w:type="spellEnd"/>
    <w:r>
      <w:rPr>
        <w:color w:val="5F5F69"/>
        <w:sz w:val="17"/>
      </w:rPr>
      <w:t xml:space="preserve"> </w:t>
    </w:r>
    <w:proofErr w:type="spellStart"/>
    <w:r>
      <w:rPr>
        <w:color w:val="5F5F69"/>
        <w:sz w:val="17"/>
      </w:rPr>
      <w:t>образовательной</w:t>
    </w:r>
    <w:proofErr w:type="spellEnd"/>
    <w:r>
      <w:rPr>
        <w:color w:val="5F5F69"/>
        <w:sz w:val="17"/>
      </w:rPr>
      <w:t xml:space="preserve"> </w:t>
    </w:r>
    <w:proofErr w:type="spellStart"/>
    <w:r>
      <w:rPr>
        <w:color w:val="5F5F69"/>
        <w:sz w:val="17"/>
      </w:rPr>
      <w:t>программы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7347" w14:textId="77777777" w:rsidR="006964EC" w:rsidRDefault="006964EC">
      <w:pPr>
        <w:spacing w:after="0" w:line="240" w:lineRule="auto"/>
      </w:pPr>
      <w:r>
        <w:separator/>
      </w:r>
    </w:p>
  </w:footnote>
  <w:footnote w:type="continuationSeparator" w:id="0">
    <w:p w14:paraId="7AFC20A0" w14:textId="77777777" w:rsidR="006964EC" w:rsidRDefault="00696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469182">
    <w:abstractNumId w:val="8"/>
  </w:num>
  <w:num w:numId="2" w16cid:durableId="807477567">
    <w:abstractNumId w:val="6"/>
  </w:num>
  <w:num w:numId="3" w16cid:durableId="539784564">
    <w:abstractNumId w:val="5"/>
  </w:num>
  <w:num w:numId="4" w16cid:durableId="1006787785">
    <w:abstractNumId w:val="4"/>
  </w:num>
  <w:num w:numId="5" w16cid:durableId="307563428">
    <w:abstractNumId w:val="7"/>
  </w:num>
  <w:num w:numId="6" w16cid:durableId="860772">
    <w:abstractNumId w:val="3"/>
  </w:num>
  <w:num w:numId="7" w16cid:durableId="1623999041">
    <w:abstractNumId w:val="2"/>
  </w:num>
  <w:num w:numId="8" w16cid:durableId="2134320991">
    <w:abstractNumId w:val="1"/>
  </w:num>
  <w:num w:numId="9" w16cid:durableId="121990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0F2"/>
    <w:rsid w:val="0015074B"/>
    <w:rsid w:val="001F0490"/>
    <w:rsid w:val="0029639D"/>
    <w:rsid w:val="00326F90"/>
    <w:rsid w:val="006964EC"/>
    <w:rsid w:val="00AA1D8D"/>
    <w:rsid w:val="00B47730"/>
    <w:rsid w:val="00CB0664"/>
    <w:rsid w:val="00DB16EE"/>
    <w:rsid w:val="00E352AC"/>
    <w:rsid w:val="00E449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29982"/>
  <w14:defaultImageDpi w14:val="300"/>
  <w15:docId w15:val="{89332258-95CB-C843-906C-A79B0609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color w:val="282828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23263C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3263C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23263C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e59347</cp:lastModifiedBy>
  <cp:revision>3</cp:revision>
  <cp:lastPrinted>2026-04-26T18:23:00Z</cp:lastPrinted>
  <dcterms:created xsi:type="dcterms:W3CDTF">2026-04-26T18:23:00Z</dcterms:created>
  <dcterms:modified xsi:type="dcterms:W3CDTF">2026-04-26T18:23:00Z</dcterms:modified>
  <cp:category/>
</cp:coreProperties>
</file>